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ששי ישראלי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🇮🇱 קלפי ששי ישראלי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4337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2433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📜 איך נקראות המגילות העתיקות שהתגלו במערות קומראן, ליד ים המלח, החל משנת 1947?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המגילות הגנוזות  ב. מגילות הכותל  ג. מגילת העצמאות  ד. כתובת השילוח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המגילות הגנוזות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🏞️ מהו הנהר הארוך ביותר בישראל?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הירקון  ב. הירדן  ג. נחל שורק  ד. הקישון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הירדן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🌍 ישראל יושבת במפגש של שלוש יבשות, ולכן עוברות מעליה מיליוני ציפורים נודדות. אילו יבשות?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אפריקה, אוסטרליה ואסיה  ב. אסיה, אמריקה ואירופה  ג. אירופה, אמריקה ואפריקה  ד. אסיה, אפריקה ואירופה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אסיה, אפריקה ואירופה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👨 המילה 'אבא' שאנחנו אומרים כל יום – מאיזו שפה הגיעה לעברית?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ערבית  ב. יוונית  ג. ארמית  ד. לטינית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ארמית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🗓️ באיזה חודש עברי מתחיל חג החנוכה?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ניסן  ב. תשרי  ג. אדר  ד. כסלו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כסלו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🏛️ לפי המסורת, מי בנה את בית המקדש הראשון בירושלים?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דוד המלך  ב. שלמה המלך  ג. יהושע בן נון  ד. שאול המלך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שלמה המלך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✨ איזו עיר בגליל העליון מכונה 'עיר המקובלים'?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טבריה  ב. צפת  ג. נהריה  ד. עכו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צפת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🌊 מאיזה מקור מגיע כיום חלק גדול ממי השתייה בישראל?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הפשרת קרחונים  ב. מי גשם בלבד  ג. ים המלח  ד. התפלת מי הים התיכון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התפלת מי הים התיכון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🥋 באיזה ענף זכתה ישראל במדליה האולימפית הראשונה שלה (1992)?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כדורסל  ב. אתלטיקה  ג. ג׳ודו  ד. שחייה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ג׳ודו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⬇️ מהי הנקודה הנמוכה ביותר על פני היבשה בעולם?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חופי ים המלח  ב. חוף אילת  ג. מכתש רמון  ד. עמק החולה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חופי ים המלח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🔦 מה שם המנהרה העתיקה בעיר דוד שהובילה מים ממעיין הגיחון אל תוך העיר?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מנהרת הכרמל  ב. נקבת השילוח  ג. אמת המים של קיסריה  ד. מערת המכפלה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נקבת השילוח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🌵 למה ילידי הארץ מכונים 'צברים'?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כמו פרי הצבר – קוצני מבחוץ ומתוק מבפנים  ב. כי הם נולדים ליד הים  ג. כי הצבר הוא פרח הלאום  ד. כי הם צוברים הרבה חברים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כמו פרי הצבר – קוצני מבחוץ ומתוק מבפנים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🏛️ איזה אתר ארכיאולוגי בעמק מציג עיר רומית-ביזנטית עם רחוב עמודים ותיאטרון גדול?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נתניה  ב. קריית שמונה  ג. בית שאן  ד. רחובות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בית שאן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📅 באיזה תאריך עברי חל יום הכיפורים?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י׳ בתשרי  ב. ט״ו בשבט  ג. כ״ה בכסלו  ד. א׳ בניסן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י׳ בתשרי</w:t>
            </w:r>
          </w:p>
        </w:tc>
      </w:tr>
    </w:tbl>
    <w:p>
      <w:pPr>
        <w:pStyle w:val="Heading2"/>
        <w:bidi w:val="1"/>
        <w:jc w:val="right"/>
      </w:pPr>
      <w:bookmarkStart w:id="3410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3410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📉 בקירוב, באיזה גובה נמצא כיום מפלס ים המלח?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בגובה פני הים  ב. כ־430 מטר מתחת לפני הים  ג. כ־1,000 מטר מתחת לפני הים  ד. כ־100 מטר מתחת לפני הים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כ־430 מטר מתחת לפני הים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🗣️ איזה גוף הוקם ב־1890 כדי לחדש מילים ולקבוע מונחים, והיה הבסיס לאקדמיה ללשון העברית?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הספרייה הלאומית  ב. חברת המתרגמים  ג. הסתדרות המורים  ד. ועד הלשון העברית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ועד הלשון העברית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📖 בגליל, ביישובים כמו ציפורי ובית שערים, נחתם בסביבות שנת 200 לספירה חיבור יסוד של התורה שבעל פה. מהו?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ספר הזוהר  ב. השולחן ערוך  ג. המשנה  ד. התלמוד הבבלי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המשנה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🏺 תל מגידו, תל חצור ותל באר שבע הוכרזו יחד כאתר מורשת עולמית. מה משותף להם?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כולם נמלים עתיקים  ב. אלה 'תלים מקראיים' – ערים עתיקות שנבנו שכבה על שכבה  ג. כולם מכתשים טבעיים  ד. כולם מבצרים צלבניים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אלה 'תלים מקראיים' – ערים עתיקות שנבנו שכבה על שכבה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למה מוסיפים לפעמים חודש 'אדר ב׳' ללוח העברי?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כדי להאריך את חג הפורים  ב. כדי שהלוח הירחי יתאים לעונות השנה שנקבעות לפי השמש  ג. כי לחודש אדר יש 40 יום  ד. כדי שראש השנה ייפול תמיד ביום ראשון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כדי שהלוח הירחי יתאים לעונות השנה שנקבעות לפי השמש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🔁 כמה שנים מעוברות (עם אדר ב׳) יש בכל מחזור של 19 שנים בלוח העברי?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19  ב. 3  ג. 12  ד. 7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בקע הירדן, ים המלח והערבה הם חלק משבר גאולוגי ענק. מה שמו?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השבר האירופי הגדול  ב. השבר הסורי-אפריקני  ג. טבעת האש  ד. הרכס המרכז-אטלנטי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השבר הסורי-אפריקני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🚦 המילה 'רמזור' נוצרה בעברית החדשה. איזו דרך חידוש מודגמת בה?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הלחם בסיסים – רמז + אור  ב. הוספת סופית -ון  ג. שאילה מיוונית  ד. ראשי תיבות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הלחם בסיסים – רמז + אור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📋 המילה 'דו״ח' נוצרה מ...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ראשי תיבות של 'דין וחשבון'  ב. שם של עיר  ג. קיצור של 'דוחה'  ד. מילה ארמית עתיקה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ראשי תיבות של 'דין וחשבון'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🖼️ באיזה אתר נמצא פסיפס עתיק של דמות אישה, המכונה 'המונה ליזה של הגליל'?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קיסריה  ב. מצדה  ג. עכו  ד. ציפורי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ציפורי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🪨 איך נוצרו המכתשים שבנגב?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מהתפרצות הר געש  ב. מחפירה של בני אדם  ג. בעיקר בסחיפה של שכבות סלע רכות מתחת לשכבה קשה  ד. מפגיעת מטאוריט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בעיקר בסחיפה של שכבות סלע רכות מתחת לשכבה קשה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🌾 מה שמה של 'אם הקבוצות' – הקבוצה השיתופית הראשונה, שהוקמה לחוף הכנרת (1910)?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דגניה  ב. זכרון יעקב  ג. רמת גן  ד. נהלל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דגניה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🏟️ באיזו שנה נערכה המכביה הראשונה?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1912  ב. 1948  ג. 1932  ד. 1960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1932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⚓ איזו עיר נמל עתיקה מוזכרת בספר יונה כמקום שממנו הפליג יונה?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יפו  ב. אשדוד  ג. נהריה  ד. אילת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יפו</w:t>
            </w:r>
          </w:p>
        </w:tc>
      </w:tr>
    </w:tbl>
    <w:p>
      <w:pPr>
        <w:pStyle w:val="Heading2"/>
        <w:bidi w:val="1"/>
        <w:jc w:val="right"/>
      </w:pPr>
      <w:bookmarkStart w:id="47152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47152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👋 מָה אוֹמְרִים כְּשֶׁפּוֹגְשִׁים מִישֶׁהוּ?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👋 שָׁלוֹם  ב. 🌙 לַיְלָה טוֹב  ג. 😔 סְלִיחָה  ד. 🙏 תּוֹדָה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👋 שָׁלוֹם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🕯️ אֵיזֶה יוֹם בָּא אַחֲרֵי יוֹם שִׁשִּׁי?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יוֹם רִאשׁוֹן  ב. יוֹם שֵׁנִי  ג. יוֹם רְבִיעִי  ד. שַׁבָּת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שַׁבָּת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🪙 אֵיךְ קוֹרְאִים לַכֶּסֶף בְּיִשְׂרָאֵל?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💷 לִירָה שְׁטֶרְלִינְג  ב. 🪙 שֶׁקֶל  ג. 💶 אֵירוֹ  ד. 💵 דּוֹלָר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🪙 שֶׁקֶל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🏊 אֵיפֹה אֶפְשָׁר לָצוּף עַל הַמַּיִם בְּקַלּוּת?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🏊 בַּבְּרֵכָה  ב. 🐟 בַּכִּנֶּרֶת  ג. 🧂 בְּיַם הַמֶּלַח  ד. 🛁 בָּאַמְבַּטְיָה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🧂 בְּיַם הַמֶּלַח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✡️ מָה הַצֶּבַע שֶׁל מָגֵן הַדָּוִד בַּדֶּגֶל?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🟢 יָרֹק  ב. 🔴 אָדֹם  ג. 🟡 צָהֹב  ד. 🔵 כָּחֹל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🔵 כָּחֹל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🎁 מָה אוֹמְרִים כְּשֶׁמְּקַבְּלִים מַתָּנָה?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👋 שָׁלוֹם  ב. 🙏 תּוֹדָה  ג. 😔 סְלִיחָה  ד. 🌞 בֹּקֶר טוֹב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🙏 תּוֹדָה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🍩 בְּאֵיזֶה חַג אוֹכְלִים סֻפְגָּנִיּוֹת?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🫓 פֶּסַח  ב. 🕎 חֲנֻכָּה  ג. 🎭 פּוּרִים  ד. 🛖 סֻכּוֹת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🕎 חֲנֻכָּה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🍊 אֵיזֶה פְּרִי כָּתֹם גָּדֵל הַרְבֵּה בְּיִשְׂרָאֵל?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🍇 עֲנָבִים  ב. 🍓 תּוּת  ג. 🍊 תַּפּוּז  ד. 🍉 אֲבַטִּיחַ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🍊 תַּפּוּז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⬅️ לְאָן כּוֹתְבִים וְקוֹרְאִים בְּעִבְרִית?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⬅️ מִיָּמִין לִשְׂמֹאל  ב. ➡️ מִשְּׂמֹאל לְיָמִין  ג. ⬇️ מִלְמַעְלָה לְמַטָּה  ד. ⬆️ מִלְּמַטָּה לְמַעְלָה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⬅️ מִיָּמִין לִשְׂמֹאל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🍷 מָה אוֹמְרִים זֶה לָזֶה בְּיוֹם שִׁשִּׁי וּבְשַׁבָּת?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שַׁבַּת שָׁלוֹם  ב. שָׁנָה טוֹבָה  ג. מַזָּל טוֹב  ד. חַג שָׂמֵחַ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שַׁבַּת שָׁלוֹם</w:t>
            </w:r>
          </w:p>
        </w:tc>
      </w:tr>
    </w:tbl>
    <w:p>
      <w:pPr>
        <w:pStyle w:val="Heading2"/>
        <w:bidi w:val="1"/>
        <w:jc w:val="right"/>
      </w:pPr>
      <w:bookmarkStart w:id="94073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40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🕎 מָה מַדְלִיקִים בַּחֲנֻכָּה?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🎈 בָּלוֹנִים  ב. 🕯️ נֵרוֹת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🕯️ נֵרוֹת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🎭 מָה עוֹשִׂים בְּפוּרִים?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🎭 מִתְחַפְּשִׂים  ב. ⛄ בּוֹנִים אִישׁ שֶׁלֶג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🎭 מִתְחַפְּשִׂים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🏖️ אֵיפֹה שׂוֹחִים בַּקַּיִץ?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🔥 בַּתַּנּוּר  ב. 🌊 בַּיָּם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🌊 בַּיָּם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🐪 מִי הוֹלֵךְ בַּמִּדְבָּר?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🐪 גָּמָל  ב. 🐧 פִּנְגְּוִין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🐪 גָּמָל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🇮🇱 מָה הַצְּבָעִים שֶׁל הַדֶּגֶל?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🔵⚪ כָּחֹל וְלָבָן  ב. 🔴🟢 אָדֹם וְיָרֹק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🔵⚪ כָּחֹל וְלָבָן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🕯️ מָה מַדְלִיקִים בְּעֶרֶב שַׁבָּת?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🎆 זִקּוּקִים  ב. 🕯️ נֵרוֹת שַׁבָּת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🕯️ נֵרוֹת שַׁבָּת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🌱 מָה נוֹטְעִים בְּט״וּ בִּשְׁבָט?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🚗 מְכוֹנִיּוֹת  ב. 🌱 עֵצִים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🌱 עֵצִים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🫓 מָה אוֹכְלִים בְּפֶסַח?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🫓 מַצָּה  ב. 🍕 פִּיצָה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🫓 מַצָּה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🛖 אֵיפֹה יוֹשְׁבִים בְּחַג סֻכּוֹת?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🚀 בַּחֲלָלִית  ב. 🛖 בַּסֻּכָּה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🛖 בַּסֻּכָּה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🐟 מִי חַי בַּכִּנֶּרֶת?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🐟 דָּגִים  ב. 🦁 אֲרָיוֹת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🐟 דָּגִים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ששי ישראלי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ששי ישראלי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